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0"/>
        </w:rPr>
        <w:t>Додаток 2</w:t>
      </w:r>
    </w:p>
    <w:p>
      <w:pPr>
        <w:jc w:val="right"/>
      </w:pPr>
      <w:r>
        <w:rPr>
          <w:i/>
          <w:sz w:val="19"/>
        </w:rPr>
        <w:t>ЗАТВЕРДЖЕНО</w:t>
        <w:br/>
        <w:t>Наказом КНП «ТМО «СМОЛ»</w:t>
        <w:br/>
        <w:t>від «11» грудня 2025р. № 214</w:t>
        <w:br/>
        <w:t>Директор КНП «ТМО «СМОЛ»</w:t>
        <w:br/>
        <w:t>Іван ЗРАЙЛО</w:t>
      </w:r>
    </w:p>
    <w:p/>
    <w:p>
      <w:pPr>
        <w:jc w:val="center"/>
      </w:pPr>
      <w:r>
        <w:rPr>
          <w:b/>
          <w:sz w:val="24"/>
        </w:rPr>
        <w:t>Тарифи на платні послуги, що надаються</w:t>
        <w:br/>
      </w:r>
      <w:r>
        <w:rPr>
          <w:b/>
          <w:sz w:val="22"/>
        </w:rPr>
        <w:t>Комунальним некомерційним підприємством</w:t>
        <w:br/>
        <w:t>Стрийської міської ради «Територіальне медичне об'єднання</w:t>
        <w:br/>
        <w:t>«Стрийська міська об'єднана лікарня»</w:t>
        <w:br/>
      </w:r>
      <w:r>
        <w:rPr>
          <w:b/>
          <w:i/>
          <w:sz w:val="22"/>
        </w:rPr>
        <w:t>Рентгенологічні дослідження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3D3D3"/>
          <w:bottom w:val="single" w:sz="4" w:space="0" w:color="D3D3D3"/>
          <w:insideH w:val="single" w:sz="4" w:space="0" w:color="E0E0E0"/>
          <w:insideV w:val="single" w:sz="4" w:space="0" w:color="E0E0E0"/>
        </w:tblBorders>
      </w:tblPr>
      <w:tblGrid>
        <w:gridCol w:w="1987"/>
        <w:gridCol w:w="1987"/>
        <w:gridCol w:w="1987"/>
        <w:gridCol w:w="1987"/>
        <w:gridCol w:w="1987"/>
      </w:tblGrid>
      <w:tr>
        <w:trPr>
          <w:tblHeader/>
        </w:trPr>
        <w:tc>
          <w:tcPr>
            <w:tcW w:type="dxa" w:w="864"/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№ п/п</w:t>
            </w:r>
          </w:p>
        </w:tc>
        <w:tc>
          <w:tcPr>
            <w:tcW w:type="dxa" w:w="5184"/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Назва послуги</w:t>
            </w:r>
          </w:p>
        </w:tc>
        <w:tc>
          <w:tcPr>
            <w:tcW w:type="dxa" w:w="1584"/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Вартість, грн.</w:t>
            </w:r>
          </w:p>
        </w:tc>
        <w:tc>
          <w:tcPr>
            <w:tcW w:type="dxa" w:w="1296"/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ПДВ 0%</w:t>
            </w:r>
          </w:p>
        </w:tc>
        <w:tc>
          <w:tcPr>
            <w:tcW w:type="dxa" w:w="1440"/>
            <w:shd w:fill="1F4E78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Ціна, грн.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органов грудної клітки (ОГК)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350.00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350.00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черевної порожнини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350.00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350.00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додаткових пазух носа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300.00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кісток носа в боковій проекції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200.00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черепа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нижньої щелепи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200.00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шийного відділу з функціональними пробами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440.00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440.00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шийного відділу у двох проекціях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310.00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310.00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грудного відділу хребта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310.00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310.00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грудного та поперекового відділів хребта (сколіоз)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500.00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500.00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поперекового відділу хребта з функціональними пробами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500.00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500.00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поперекового відділу хребта у двох проекціях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370.00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370.00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кульшових суглобів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370.00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370.00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крижово-куприкового відділу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310.00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310.00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плечевого суглоба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ключиці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ліктєвого суглоба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променево-зап'ястного суглоба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кисті та пальців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20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стегнової кістки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колінного суглоба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310.00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310.00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22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колінних суглобів з навантаженням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500.00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500.00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23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гомілково-ступеневого суглоба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24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ступні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25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Цифровий рентген пальців ступні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200.00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26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Проведення рентгену гайморових пазух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250.00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27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Флюорографія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120.00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120.00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28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Оглядова скринінгова рентгенограма ОГК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120.00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120.00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29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Рентгенографія різних ділянок обстеження (додатково доплатити до цифрового рентгену)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+100.00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+100.00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30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Рентгеноскопія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430.00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430.00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Рентгеноскопія стравоходу, шлунка та дванадцятипалої кишки з контрастною речовиною, що доходить до ободової кишки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650.00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650.00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32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Іригоскопія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1180.00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1180.00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33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Консультація рентгенолога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300.00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34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Видача копії дослідження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50.00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50.00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35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приносових пазух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900.00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900.00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36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головного мозку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1100.00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1100.00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37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приносових пазух і головного мозку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1300.00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1300.00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38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щелепно-лицьової ділянки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39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ротоглотки і шиї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40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плечового суглоба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41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ліктьового суглоба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42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колінного суглоба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43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кульшових суглобів + кісток тазу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44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гомілково-ступеневого суглоба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45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симетрично розташованих суглобів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46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передпліччя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47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двох відділів хребта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1200.00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1200.00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48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трьох відділів хребта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1900.00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1900.00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49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плеча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50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стегна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800.00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51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органов черевної порожнини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1000.00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1000.00</w:t>
            </w:r>
          </w:p>
        </w:tc>
      </w:tr>
      <w:tr>
        <w:trPr>
          <w:cantSplit/>
        </w:trPr>
        <w:tc>
          <w:tcPr>
            <w:tcW w:type="dxa" w:w="864"/>
            <w:shd w:fill="F2F4F7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52</w:t>
            </w:r>
          </w:p>
        </w:tc>
        <w:tc>
          <w:tcPr>
            <w:tcW w:type="dxa" w:w="5184"/>
            <w:shd w:fill="F2F4F7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Комп'ютерна томографія органів нирок та сечовидільної системи</w:t>
            </w:r>
          </w:p>
        </w:tc>
        <w:tc>
          <w:tcPr>
            <w:tcW w:type="dxa" w:w="1584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1000.00</w:t>
            </w:r>
          </w:p>
        </w:tc>
        <w:tc>
          <w:tcPr>
            <w:tcW w:type="dxa" w:w="1296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0.00</w:t>
            </w:r>
          </w:p>
        </w:tc>
        <w:tc>
          <w:tcPr>
            <w:tcW w:type="dxa" w:w="1440"/>
            <w:shd w:fill="F2F4F7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1000.00</w:t>
            </w:r>
          </w:p>
        </w:tc>
      </w:tr>
      <w:tr>
        <w:trPr>
          <w:cantSplit/>
        </w:trPr>
        <w:tc>
          <w:tcPr>
            <w:tcW w:type="dxa" w:w="864"/>
            <w:shd w:fill="FFFFFF"/>
          </w:tcPr>
          <w:p>
            <w:pPr>
              <w:spacing w:before="40" w:after="40"/>
              <w:jc w:val="center"/>
            </w:pPr>
            <w:r>
              <w:rPr>
                <w:sz w:val="18"/>
              </w:rPr>
              <w:t>53</w:t>
            </w:r>
          </w:p>
        </w:tc>
        <w:tc>
          <w:tcPr>
            <w:tcW w:type="dxa" w:w="5184"/>
            <w:shd w:fill="FFFFFF"/>
          </w:tcPr>
          <w:p>
            <w:pPr>
              <w:spacing w:before="40" w:after="40"/>
              <w:jc w:val="left"/>
            </w:pPr>
            <w:r>
              <w:rPr>
                <w:sz w:val="18"/>
              </w:rPr>
              <w:t>Роздруківка результатів обстеження на плівці</w:t>
            </w:r>
          </w:p>
        </w:tc>
        <w:tc>
          <w:tcPr>
            <w:tcW w:type="dxa" w:w="1584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166.67</w:t>
            </w:r>
          </w:p>
        </w:tc>
        <w:tc>
          <w:tcPr>
            <w:tcW w:type="dxa" w:w="1296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33.33</w:t>
            </w:r>
          </w:p>
        </w:tc>
        <w:tc>
          <w:tcPr>
            <w:tcW w:type="dxa" w:w="1440"/>
            <w:shd w:fill="FFFFFF"/>
          </w:tcPr>
          <w:p>
            <w:pPr>
              <w:spacing w:before="40" w:after="40"/>
              <w:jc w:val="right"/>
            </w:pPr>
            <w:r>
              <w:rPr>
                <w:sz w:val="18"/>
              </w:rPr>
              <w:t>200.00</w:t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